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חדרי בריחה – שלב אחר שלב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🔐 קלפי חדרי בריחה – שלב אחר שלב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5973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259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🥐 הַתַּנּוּר הַנָּעוּל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הַשֻּׁלְחָן יֵשׁ צַלַּחַת עִם עוּגִיּוֹת: 🍪🍪🍪🍪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עוּגִיּוֹת יֵשׁ? הַמִּסְפָּר הוּא הַסִּפְרָה הָרִאשׁוֹנָה.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🥐 הַתַּנּוּר הַנָּעוּל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בַּסַּל יֵשׁ 2 כִּכָּרוֹת לֶחֶם 🍞🍞. הָאוֹפָה שָׂמָה עוֹד 3 🍞🍞🍞.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כִּכָּרוֹת יֵשׁ עַכְשָׁו בַּסַּל? זוֹ הַסִּפְרָה הַשְּׁנִיָּה.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🥐 הַתַּנּוּר הַנָּעוּל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דֶּלֶת הַתַּנּוּר יֵשׁ מִסְפָּרִים: 2, 4, 6, 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אֵיזֶה מִסְפָּר בָּא אַחֲרֵי 6? (קוֹפְצִים כָּל פַּעַם 2) זוֹ הַסִּפְרָה הָאַחֲרוֹנָה.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💡 אוֹר בַּמִּגְדַּלּוֹר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הַמַּדְרֵגָה יֵשׁ צִיּוּר שֶׁל דָּגִים: 🐟🐟🐟 וְעוֹד 🐟🐟🐟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דָּגִים יֵשׁ בְּסַךְ הַכֹּל? זוֹ הַסִּפְרָה הָרִאשׁוֹנָה.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💡 אוֹר בַּמִּגְדַּלּוֹר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הַקִּיר כָּתוּב: יָם 🌊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אוֹתִיּוֹת יֵשׁ בַּמִּלָּה יָם? זוֹ הַסִּפְרָה הַשְּׁנִיָּה.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💡 אוֹר בַּמִּגְדַּלּוֹר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הַמַּעֲקֶה עוֹמְדִים 3 שְׁחָפִים 🐦🐦🐦. לְכָל שַׁחַף יֵשׁ 2 רַגְלַיִם.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רַגְלַיִם יֵשׁ לְכָל הַשְּׁחָפִים? (2 + 2 + 2) זוֹ הַסִּפְרָה הָאַחֲרוֹנָה.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🌷 הַשַּׁעַר בַּגַּן הַסּוֹדִי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לְיַד הַשַּׁעַר גְּדֵלִים פְּרָחִים: 🌷🌷🌷🌷🌷🌷🌷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פְּרָחִים יֵשׁ? זוֹ הַסִּפְרָה הָרִאשׁוֹנָה.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🌷 הַשַּׁעַר בַּגַּן הַסּוֹדִי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הָעֵץ הָיוּ 9 תַּפּוּחִים 🍎. 6 תַּפּוּחִים נָפְלוּ.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כַּמָּה תַּפּוּחִים נִשְׁאֲרוּ עַל הָעֵץ? זוֹ הַסִּפְרָה הַשְּׁנִיָּה.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🌷 הַשַּׁעַר בַּגַּן הַסּוֹדִי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עַל אֲבָנִים בַּשְּׁבִיל כְּתוּבִים מִסְפָּרִים: 5, 1, 8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מָה הַמִּסְפָּר הַקָּטָן בְּיוֹתֵר? זוֹ הַסִּפְרָה הָאַחֲרוֹנָה.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10528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1052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🚂 הַכַּרְטִיסִים שֶׁל הָרַכֶּבֶת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בקרון הראשון יש 3 שורות של מושבים, ובכל שורה 3 מושבים.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מושבים יש בקרון? המספר הוא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9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🚂 הַכַּרְטִיסִים שֶׁל הָרַכֶּבֶת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השעון בתחנה כתוב: הרכבת יצאה בשעה 3:00 ונסעה שעתיים עד לכאן.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באיזו שעה הגיעה הרכבת לתחנה? מספר השעה הוא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🚂 הַכַּרְטִיסִים שֶׁל הָרַכֶּבֶת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כל כרטיס מודפסת המילה: רכבת.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אותיות יש במילה 'רכבת'?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🚂 הַכַּרְטִיסִים שֶׁל הָרַכֶּבֶת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החלון יש מדבקות עם מספרים: 20, 15, 10, 5, 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איזה מספר בא אחרי 5? זו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0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הסוד של הקרוואן במדבר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בשלט הצומת יש חצים לשלושה כיוונים, ובכל כיוון כתובים 2 יישובים.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יישובים כתובים על השלט בסך הכול?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הסוד של הקרוואן במדבר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בקרוואן יש קופסת תמרים. היו בה 15 תמרים, וכל אחד משלושת הילדים אכל 4.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תמרים נשארו בקופסה? זו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הסוד של הקרוואן במדבר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מתחת לאבן מצאו פתק עם חידה: 'אני קטן וחי במדבר, יש לי זנב מעוקל עם עוקץ, ואני לא חרק'.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מי אני, וכמה רגליים יש לי? מספר הרגליים הוא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הסוד של הקרוואן במדבר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המנעול חרוט: 'הספרה האחרונה = סכום שלוש הספרות שמצאתם, פחות 12'.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חשבו: הספרה הראשונה + השנייה + השלישית, ואז פחות 12. זו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🦕 המנעול של חדר הדינוזאורים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בוויטרינה הראשונה יש 2 שלדים של דינוזאור, ולכל אחד יש 3 קרניים על הראש.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קרניים יש בסך הכול?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🦕 המנעול של חדר הדינוזאורים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הרצפה מצוירות עקבות בדוגמה: צעד גדול, צעד קטן, צעד גדול, צעד קטן…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 יהיה הצעד השביעי? אם גדול – הספרה 1, אם קטן – הספרה 2.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🦕 המנעול של חדר הדינוזאורים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ליד אבן עם צורה של צדף כתוב: מָאֻבָּן.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אותיות יש במילה 'מאובן'?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🦕 המנעול של חדר הדינוזאורים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בתחילת הסיור היו לכיתה 10 פנסים. 3 פנסים כבו כשהדלת נטרקה.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פנסים עדיין דולקים? זו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</w:tr>
    </w:tbl>
    <w:p>
      <w:pPr>
        <w:pStyle w:val="Heading2"/>
        <w:bidi w:val="1"/>
        <w:jc w:val="right"/>
      </w:pPr>
      <w:bookmarkStart w:id="63903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6390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🚀 החממה בתחנת החלל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המסך הראשון: 'במערכת השמש יש 8 כוכבי לכת. ארבעת הקרובים לשמש – כוכב חמה, נוגה, כדור הארץ ומאדים – הם כוכבי לכת סלעיים'.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כוכבי לכת אינם סלעיים? (8 פחות מספר הסלעיים)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4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🚀 החממה בתחנת החלל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המסך השני סדרה: 2, 3, 5, 7, 11, 13, 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אלה מספרים ראשוניים (מתחלקים רק ב-1 ובעצמם). מהו המספר הבא? ספרת האחדות שלו היא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🚀 החממה בתחנת החלל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בחממה יש 48 שתילים, מסודרים ב-6 שורות שוות.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שתילים יש בכל שורה?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🚀 החממה בתחנת החלל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המחשב מציג חידה אחרונה: 'אני מספר חד-ספרתי. אם תכפילו אותי ב-3 ותוסיפו 2 – תקבלו 20'.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מי המספר? זו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6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📚 המדף הסודי בספרייה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בפתק הראשון כתוב: 'הספרה הראשונה היא מקומה של האות ז׳ באלף-בית'.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באיזה מקום נמצאת האות ז׳ באלף-בית? (א=1, ב=2…)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📚 המדף הסודי בספרייה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בפתק השני: 'בספר עבה ספרתי את מספרי העמודים מ-1 עד 30'.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פעמים מופיעה הספרה 9 במספרי העמודים 1–30? זו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📚 המדף הסודי בספרייה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בפתק השלישי: 'בפינה יש 4 מדפים, ובכל מדף 12 ספרים. 40 ספרים הושאלו לקוראים'.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ספרים נשארו על המדפים? זו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📚 המדף הסודי בספרייה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בפתק האחרון: 'שלושה ילדים קראו יחד ספר של 80 עמודים. הראשון קרא חצי, השנייה קראה רבע, והשלישי קרא את השאר'.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עמודים קרא השלישי? ספרת העשרות של התשובה היא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🦒 ארוחת הערב בגן החיות – שלב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בחצר יש ברווזים 🦆 ועזים 🐐. ספרו בחצר 5 ראשים ו-14 רגליים.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עזים יש בחצר? זו הספרה הראשונה.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🦒 ארוחת הערב בגן החיות – שלב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במיכל של התמנונים ספרו בסך הכול 24 זרועות. לכל תמנון יש 8 זרועות.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תמנונים יש במיכל? זו הספרה השנייה.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🦒 ארוחת הערב בגן החיות – שלב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בלוח ההאכלה כתוב: 'הקופים אוכלים כל 3 שעות, החל מ-6:00 בבוקר'.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מהי שעת הארוחה הראשונה אחרי 12:00 בצהריים? ספרת האחדות של השעה (בשעון 24 שעות) היא הספרה השלישית.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🦒 ארוחת הערב בגן החיות – שלב 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על דלת הכספת מצוירות קפיצות של קנגורו: 1, 1, 2, 3, 5, 8, ? – כל מספר הוא סכום שני המספרים שלפניו.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מהו המספר הבא? ספרת העשרות שלו היא הספרה האחרונה.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חדרי בריחה – שלב אחר שלב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חדרי בריחה – שלב אחר שלב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