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🎯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קלפי מילה משותפת – ז׳–י״ב, עולים וחנ״מ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כל הרמות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🃏 חפיסת קלפים להדפסה ולגזירה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dzt">
        <w:r>
          <w:rPr>
            <w:rtl w:val="1"/>
            <w:u w:val="single"/>
            <w:color w:val="1E40AF"/>
          </w:rPr>
          <w:t xml:space="preserve">• 🎧 ז׳–ט׳</w:t>
        </w:r>
      </w:hyperlink>
    </w:p>
    <w:p>
      <w:pPr>
        <w:bidi w:val="1"/>
        <w:jc w:val="right"/>
      </w:pPr>
      <w:hyperlink w:anchor="dyb">
        <w:r>
          <w:rPr>
            <w:rtl w:val="1"/>
            <w:u w:val="single"/>
            <w:color w:val="1E40AF"/>
          </w:rPr>
          <w:t xml:space="preserve">• 🎓 י׳–י״ב</w:t>
        </w:r>
      </w:hyperlink>
    </w:p>
    <w:p>
      <w:pPr>
        <w:bidi w:val="1"/>
        <w:jc w:val="right"/>
      </w:pPr>
      <w:hyperlink w:anchor="dolim">
        <w:r>
          <w:rPr>
            <w:rtl w:val="1"/>
            <w:u w:val="single"/>
            <w:color w:val="1E40AF"/>
          </w:rPr>
          <w:t xml:space="preserve">• 🌍 עולים</w:t>
        </w:r>
      </w:hyperlink>
    </w:p>
    <w:p>
      <w:pPr>
        <w:bidi w:val="1"/>
        <w:jc w:val="right"/>
      </w:pPr>
      <w:hyperlink w:anchor="dchanam">
        <w:r>
          <w:rPr>
            <w:rtl w:val="1"/>
            <w:u w:val="single"/>
            <w:color w:val="1E40AF"/>
          </w:rPr>
          <w:t xml:space="preserve">• 🧩 חנ״מ</w:t>
        </w:r>
      </w:hyperlink>
    </w:p>
    <w:p>
      <w:pPr>
        <w:pStyle w:val="Heading1"/>
        <w:bidi w:val="1"/>
        <w:jc w:val="right"/>
      </w:pPr>
      <w:bookmarkStart w:id="75210" w:name="d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🧩 קלפי מילה משותפת</w:t>
      </w:r>
      <w:bookmarkEnd w:id="75210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מדפיסים, גוזרים לאורך הקווים ומקפלים: השאלה בחזית, התשובה למטה (אפשר לקפל אותה לאחור). גרסה אינטראקטיבית: עמוד 'קלפים' באתר.</w:t>
      </w:r>
    </w:p>
    <w:p>
      <w:pPr>
        <w:pStyle w:val="Heading2"/>
        <w:bidi w:val="1"/>
        <w:jc w:val="right"/>
      </w:pPr>
      <w:bookmarkStart w:id="24337" w:name="dzt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🎧 ז׳–ט׳</w:t>
      </w:r>
      <w:bookmarkEnd w:id="24337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🔧 ברגים · 🔤 מילת · 🎯 עמדת · 🎼 סול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פותחים בו דלת – וגם פותרים בו בעיות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מפתח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🔴 השני · 🦴 שדרה · 🦷 דנטלי · 🔌 חשמל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תופרים בו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חוט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🪢 תלוי · 👃 האף · 🚢 פיקוד · 🗺️ יבשתי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עוברים עליו מעל נהר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גשר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📖 סיפור · 📈 שיא · 0️⃣ אפס · 🍀 כושר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60 דקות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שעה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👑 כחול · 🔥 חם · 🧊 קר · 🎁 תרומת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זורם בעורקים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דם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🧭 רצון · 🍎 משיכה · 🐎 סוס · 👥 אדם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עוצמה, חוזק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כוח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📜 תורה · 🐛 תולעת · 🏫 בית · 🗄️ מדף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קוראים בו פרקים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ספר</w:t>
            </w:r>
          </w:p>
        </w:tc>
        <w:tc>
          <w:tcPr>
            <w:tcW w:type="dxa" w:w="5103"/>
          </w:tcPr>
          <w:p/>
        </w:tc>
      </w:tr>
    </w:tbl>
    <w:p>
      <w:pPr>
        <w:pStyle w:val="Heading2"/>
        <w:bidi w:val="1"/>
        <w:jc w:val="right"/>
      </w:pPr>
      <w:bookmarkStart w:id="34109" w:name="dy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🎓 י׳–י״ב</w:t>
      </w:r>
      <w:bookmarkEnd w:id="34109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👁️ מבט · 💡 אור · 🌡️ רתיחה · ↩️ מפנה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סימן קטן בסוף משפט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נקודה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🔄 קסמים · ⚡ חשמלי · 📅 השנה · 🤝 תמיכה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צורה עגולה בלי התחלה ובלי סוף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מעגל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🛡️ גבית · 🤝 צוות · 👻 רפאים · 😊 מצב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אוויר בתנועה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רוח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√ ריבועי · 🔤 המילה · 🔍 הבעיה · 🌳 העץ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החלק של הצמח שמתחת לאדמה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שורש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🔥 חום · 🔊 קול · 🏖️ ים · 📻 אורך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נע על פני המים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גל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🛸 מכונת · ⏸️ פסק · ⏱️ לחץ · 🗑️ בזבוז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עבר, הווה ועתיד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זמן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🛍️ ראווה · 🚪 הזדמנויות · 💻 קופץ · 🪴 אדן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מסתכלים דרכו החוצה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חלון</w:t>
            </w:r>
          </w:p>
        </w:tc>
        <w:tc>
          <w:tcPr>
            <w:tcW w:type="dxa" w:w="5103"/>
          </w:tcPr>
          <w:p/>
        </w:tc>
      </w:tr>
    </w:tbl>
    <w:p>
      <w:pPr>
        <w:pStyle w:val="Heading2"/>
        <w:bidi w:val="1"/>
        <w:jc w:val="right"/>
      </w:pPr>
      <w:bookmarkStart w:id="47152" w:name="dolim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🌍 עולים</w:t>
      </w:r>
      <w:bookmarkEnd w:id="47152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💳 אַשְׁרַאי · 🚌 נְסִיעָה · 💌 בְּרָכָה · 🎟️ כְּנִיסָה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מְשַׁלְּמִים אוֹ נִכְנָסִים אִתּוֹ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כַּרְטִיס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🚌 אוֹטוֹבּוּס · 🚆 רַכֶּבֶת · ⛽ דֶּלֶק · 👮 מִשְׁטָרָה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מְחַכִּים שָׁם לָאוֹטוֹבּוּס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תַּחֲנָה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🍽️ אֹכֶל · ✍️ כְּתִיבָה · 💼 עֲבוֹדָה · 🏓 טֶנִיס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אוֹכְלִים עָלָיו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שֻׁלְחָן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📧 אֶלֶקְטְרוֹנִי · 📨 רָשׁוּם · 📬 תֵּבַת · ✉️ בּוּל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שׁוֹלְחִים בּוֹ מִכְתָּבִים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דֹּאַר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🥛 כּוֹס · 🧴 בַּקְבּוּק · ⛰️ מִינֶרָלִיִּים · 🧊 קָרִים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שׁוֹתִים אוֹתָם כְּשֶׁחַם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מַיִם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📅 יוֹם · 🥕 יְרָקוֹת · 🪑 פִּשְׁפְּשִׁים · 💼 הָעֲבוֹדָה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קוֹנִים שָׁם פֵּרוֹת וִירָקוֹת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שׁוּק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👕 בִּגְדֵי · 📅 יוֹם · 🏢 מְקוֹם · 🤝 רֵאָיוֹן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עוֹשִׂים אוֹתָהּ כְּדֵי לְהַרְוִיחַ כֶּסֶף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עֲבוֹדָה</w:t>
            </w:r>
          </w:p>
        </w:tc>
        <w:tc>
          <w:tcPr>
            <w:tcW w:type="dxa" w:w="5103"/>
          </w:tcPr>
          <w:p/>
        </w:tc>
      </w:tr>
    </w:tbl>
    <w:p>
      <w:pPr>
        <w:pStyle w:val="Heading2"/>
        <w:bidi w:val="1"/>
        <w:jc w:val="right"/>
      </w:pPr>
      <w:bookmarkStart w:id="94073" w:name="dchanam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🧩 חנ״מ</w:t>
      </w:r>
      <w:bookmarkEnd w:id="9407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🪥 מִבְרֶשֶׁת · 🧴 מִשְׁחַת · 👩‍⚕️ רוֹפֵא · 🧵 חוּט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מְצַחְצְחִים אוֹתָן בַּבֹּקֶר 🪥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שִׁנַּיִם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♿ גַּלְגַּלִּים · 🏖️ נֹחַ · 👶 תִּינוֹק · 💼 מִשְׂרָד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יוֹשְׁבִים עָלָיו 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כִּסֵּא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🧸 צַעֲצוּעַ · 🏎️ מֵרוֹץ · 🚓 מִשְׁטָרָה · 🚒 כִּבּוּי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נוֹסַעַת בַּכְּבִישׁ 🚗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מְכוֹנִית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🍫 שׁוֹקוֹלָד · 🤍 וָנִיל · 🍓 תּוּת · 🍋 לִימוֹן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קָרָה וּמְתוּקָה 🍦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גְּלִידָה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💧 מַיִם · 🍵 תֵּה · 🥛 חָלָב · 🧃 מִיץ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שׁוֹתִים מִמֶּנָּה 🥤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כּוֹס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🧍 גַּב · 🍱 אֹכֶל · 🏖️ יָם · ⚽ סְפּוֹרְט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שָׂמִים בּוֹ דְּבָרִים וְסוֹחֲבִים 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תִּיק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קלפי מילה משותפת – ז׳–י״ב, עולים וחנ״מ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קלפי מילה משותפת – ז׳–י״ב, עולים וחנ״מ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